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3C768" w14:textId="77777777" w:rsidR="00860653" w:rsidRDefault="00E40F3D">
      <w:r>
        <w:rPr>
          <w:noProof/>
        </w:rPr>
        <w:drawing>
          <wp:inline distT="0" distB="0" distL="0" distR="0" wp14:anchorId="3DF9895F" wp14:editId="2917D19D">
            <wp:extent cx="2286000" cy="74451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K CROPPED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5EF39" w14:textId="77777777" w:rsidR="00860653" w:rsidRDefault="00E40F3D">
      <w:pPr>
        <w:pStyle w:val="Title"/>
      </w:pPr>
      <w:r>
        <w:t>CUSTOMER RETURN FORM</w:t>
      </w:r>
    </w:p>
    <w:p w14:paraId="39A71CB9" w14:textId="00ED7A3D" w:rsidR="00860653" w:rsidRDefault="00E40F3D">
      <w:r>
        <w:t>Cash Register Group</w:t>
      </w:r>
      <w:r>
        <w:br/>
        <w:t>Address: Unit 5 Bramery Business Park, Alstone Lane, Cheltenham, GL51 8HE</w:t>
      </w:r>
      <w:r>
        <w:br/>
        <w:t>Tel: 0800 161 5622 | Email: info@cashregistergroup.com</w:t>
      </w:r>
      <w:r>
        <w:br/>
        <w:t>Website: www.cashregistergroup.co.uk</w:t>
      </w:r>
    </w:p>
    <w:p w14:paraId="5B05B5D4" w14:textId="77777777" w:rsidR="00860653" w:rsidRDefault="00E40F3D">
      <w:pPr>
        <w:pStyle w:val="Heading1"/>
      </w:pPr>
      <w:r>
        <w:t>Order Information</w:t>
      </w:r>
    </w:p>
    <w:p w14:paraId="2D0489FB" w14:textId="63206959" w:rsidR="004B2E65" w:rsidRDefault="00E40F3D">
      <w:r>
        <w:t>Order Number: ___________________________</w:t>
      </w:r>
      <w:r w:rsidR="004B2E65">
        <w:t xml:space="preserve">    Customer Number ______________________</w:t>
      </w:r>
    </w:p>
    <w:p w14:paraId="558288BE" w14:textId="77777777" w:rsidR="00860653" w:rsidRDefault="00E40F3D">
      <w:r>
        <w:t xml:space="preserve">Date of </w:t>
      </w:r>
      <w:proofErr w:type="gramStart"/>
      <w:r>
        <w:t>Purchase: ____ /</w:t>
      </w:r>
      <w:proofErr w:type="gramEnd"/>
      <w:r>
        <w:t xml:space="preserve"> ___</w:t>
      </w:r>
      <w:proofErr w:type="gramStart"/>
      <w:r>
        <w:t>_ / _</w:t>
      </w:r>
      <w:proofErr w:type="gramEnd"/>
      <w:r>
        <w:t>_____</w:t>
      </w:r>
    </w:p>
    <w:p w14:paraId="0BC4CDE6" w14:textId="77777777" w:rsidR="00860653" w:rsidRDefault="00E40F3D">
      <w:pPr>
        <w:pStyle w:val="Heading1"/>
      </w:pPr>
      <w:r>
        <w:t>Customer Details</w:t>
      </w:r>
    </w:p>
    <w:p w14:paraId="181BA11C" w14:textId="77777777" w:rsidR="00860653" w:rsidRDefault="00E40F3D">
      <w:r>
        <w:t>Full Name: __________________________________________</w:t>
      </w:r>
    </w:p>
    <w:p w14:paraId="77007D9E" w14:textId="77777777" w:rsidR="00860653" w:rsidRDefault="00E40F3D">
      <w:r>
        <w:t>Address: __________________________________________</w:t>
      </w:r>
      <w:r>
        <w:br/>
        <w:t>__________________________________________</w:t>
      </w:r>
    </w:p>
    <w:p w14:paraId="68E01D6B" w14:textId="77777777" w:rsidR="00860653" w:rsidRDefault="00E40F3D">
      <w:r>
        <w:t>Phone Number: __________________________</w:t>
      </w:r>
    </w:p>
    <w:p w14:paraId="78D577FF" w14:textId="77777777" w:rsidR="00860653" w:rsidRDefault="00E40F3D">
      <w:r>
        <w:t>Email Address: __________________________</w:t>
      </w:r>
    </w:p>
    <w:p w14:paraId="30696195" w14:textId="77777777" w:rsidR="00860653" w:rsidRDefault="00E40F3D">
      <w:pPr>
        <w:pStyle w:val="Heading1"/>
      </w:pPr>
      <w:r>
        <w:t>Item(s) Being Returned</w:t>
      </w:r>
    </w:p>
    <w:tbl>
      <w:tblPr>
        <w:tblStyle w:val="PlainTable1"/>
        <w:tblW w:w="10910" w:type="dxa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4430"/>
      </w:tblGrid>
      <w:tr w:rsidR="00860653" w14:paraId="44493517" w14:textId="77777777" w:rsidTr="004B2E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5D152FD" w14:textId="77777777" w:rsidR="00860653" w:rsidRDefault="00E40F3D">
            <w:r>
              <w:t>Item Code / SKU</w:t>
            </w:r>
          </w:p>
        </w:tc>
        <w:tc>
          <w:tcPr>
            <w:tcW w:w="2160" w:type="dxa"/>
          </w:tcPr>
          <w:p w14:paraId="5A69A726" w14:textId="436FC8BF" w:rsidR="00860653" w:rsidRDefault="004B2E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Serial Number</w:t>
            </w:r>
          </w:p>
        </w:tc>
        <w:tc>
          <w:tcPr>
            <w:tcW w:w="2160" w:type="dxa"/>
          </w:tcPr>
          <w:p w14:paraId="223E4495" w14:textId="77777777" w:rsidR="00860653" w:rsidRDefault="00E40F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Quantity</w:t>
            </w:r>
          </w:p>
        </w:tc>
        <w:tc>
          <w:tcPr>
            <w:tcW w:w="4430" w:type="dxa"/>
          </w:tcPr>
          <w:p w14:paraId="49D9D18F" w14:textId="1BC5DC98" w:rsidR="00860653" w:rsidRDefault="00E40F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Reason for Return</w:t>
            </w:r>
          </w:p>
        </w:tc>
      </w:tr>
      <w:tr w:rsidR="00860653" w14:paraId="24CB37A4" w14:textId="77777777" w:rsidTr="004B2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989B449" w14:textId="77777777" w:rsidR="00860653" w:rsidRDefault="00860653">
            <w:pPr>
              <w:rPr>
                <w:b w:val="0"/>
                <w:bCs w:val="0"/>
              </w:rPr>
            </w:pPr>
          </w:p>
          <w:p w14:paraId="47867A8A" w14:textId="77777777" w:rsidR="004B2E65" w:rsidRDefault="004B2E65"/>
        </w:tc>
        <w:tc>
          <w:tcPr>
            <w:tcW w:w="2160" w:type="dxa"/>
          </w:tcPr>
          <w:p w14:paraId="0D17C90B" w14:textId="77777777" w:rsidR="00860653" w:rsidRDefault="00860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488545B" w14:textId="77777777" w:rsidR="00860653" w:rsidRDefault="00860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430" w:type="dxa"/>
          </w:tcPr>
          <w:p w14:paraId="5D190B16" w14:textId="77777777" w:rsidR="00860653" w:rsidRDefault="00860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60653" w14:paraId="3685F396" w14:textId="77777777" w:rsidTr="004B2E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B5BEC83" w14:textId="77777777" w:rsidR="004B2E65" w:rsidRDefault="004B2E65">
            <w:pPr>
              <w:rPr>
                <w:b w:val="0"/>
                <w:bCs w:val="0"/>
              </w:rPr>
            </w:pPr>
          </w:p>
          <w:p w14:paraId="23225098" w14:textId="77777777" w:rsidR="004B2E65" w:rsidRDefault="004B2E65"/>
        </w:tc>
        <w:tc>
          <w:tcPr>
            <w:tcW w:w="2160" w:type="dxa"/>
          </w:tcPr>
          <w:p w14:paraId="767A8BAA" w14:textId="77777777" w:rsidR="00860653" w:rsidRDefault="008606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64CFEA7" w14:textId="77777777" w:rsidR="00860653" w:rsidRDefault="008606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430" w:type="dxa"/>
          </w:tcPr>
          <w:p w14:paraId="62D23D49" w14:textId="77777777" w:rsidR="00860653" w:rsidRDefault="008606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B2E65" w14:paraId="25DE8CA6" w14:textId="77777777" w:rsidTr="004B2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AAC66F5" w14:textId="77777777" w:rsidR="004B2E65" w:rsidRDefault="004B2E65"/>
          <w:p w14:paraId="6E46DD38" w14:textId="77777777" w:rsidR="004B2E65" w:rsidRDefault="004B2E65">
            <w:pPr>
              <w:rPr>
                <w:b w:val="0"/>
                <w:bCs w:val="0"/>
              </w:rPr>
            </w:pPr>
          </w:p>
        </w:tc>
        <w:tc>
          <w:tcPr>
            <w:tcW w:w="2160" w:type="dxa"/>
          </w:tcPr>
          <w:p w14:paraId="2FA1B112" w14:textId="77777777" w:rsidR="004B2E65" w:rsidRDefault="004B2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912BF9A" w14:textId="77777777" w:rsidR="004B2E65" w:rsidRDefault="004B2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430" w:type="dxa"/>
          </w:tcPr>
          <w:p w14:paraId="0F4D5C67" w14:textId="77777777" w:rsidR="004B2E65" w:rsidRDefault="004B2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B2E65" w14:paraId="40742C3A" w14:textId="77777777" w:rsidTr="004B2E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814AB9C" w14:textId="77777777" w:rsidR="004B2E65" w:rsidRDefault="004B2E65">
            <w:pPr>
              <w:rPr>
                <w:b w:val="0"/>
                <w:bCs w:val="0"/>
              </w:rPr>
            </w:pPr>
          </w:p>
          <w:p w14:paraId="76F44D7F" w14:textId="77777777" w:rsidR="004B2E65" w:rsidRDefault="004B2E65"/>
        </w:tc>
        <w:tc>
          <w:tcPr>
            <w:tcW w:w="2160" w:type="dxa"/>
          </w:tcPr>
          <w:p w14:paraId="154DECA9" w14:textId="77777777" w:rsidR="004B2E65" w:rsidRDefault="004B2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97CDC0B" w14:textId="77777777" w:rsidR="004B2E65" w:rsidRDefault="004B2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430" w:type="dxa"/>
          </w:tcPr>
          <w:p w14:paraId="76128B3A" w14:textId="77777777" w:rsidR="004B2E65" w:rsidRDefault="004B2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BDE81B5" w14:textId="77777777" w:rsidR="00860653" w:rsidRDefault="00E40F3D">
      <w:pPr>
        <w:pStyle w:val="Heading1"/>
      </w:pPr>
      <w:r>
        <w:t>Reason for Return</w:t>
      </w:r>
    </w:p>
    <w:p w14:paraId="3222C9C8" w14:textId="388B16C5" w:rsidR="00860653" w:rsidRDefault="00E40F3D" w:rsidP="004B2E65">
      <w:pPr>
        <w:pStyle w:val="ListParagraph"/>
        <w:numPr>
          <w:ilvl w:val="0"/>
          <w:numId w:val="10"/>
        </w:numPr>
      </w:pPr>
      <w:r>
        <w:t>Faulty/Damaged Item (please specific)</w:t>
      </w:r>
    </w:p>
    <w:p w14:paraId="7BA3CD01" w14:textId="4AF56340" w:rsidR="00860653" w:rsidRDefault="00E40F3D" w:rsidP="004B2E65">
      <w:pPr>
        <w:pStyle w:val="ListParagraph"/>
        <w:numPr>
          <w:ilvl w:val="0"/>
          <w:numId w:val="10"/>
        </w:numPr>
      </w:pPr>
      <w:r>
        <w:t>Incorrect Item Received</w:t>
      </w:r>
    </w:p>
    <w:p w14:paraId="55FC86EA" w14:textId="29FC6A16" w:rsidR="00860653" w:rsidRDefault="00E40F3D" w:rsidP="004B2E65">
      <w:pPr>
        <w:pStyle w:val="ListParagraph"/>
        <w:numPr>
          <w:ilvl w:val="0"/>
          <w:numId w:val="10"/>
        </w:numPr>
      </w:pPr>
      <w:r>
        <w:t>Item No Longer Required</w:t>
      </w:r>
      <w:r w:rsidR="0009156E">
        <w:t xml:space="preserve"> (a 20% restock fee can be applied)</w:t>
      </w:r>
    </w:p>
    <w:p w14:paraId="53D09A0B" w14:textId="715D92A6" w:rsidR="00860653" w:rsidRDefault="00E40F3D" w:rsidP="004B2E65">
      <w:pPr>
        <w:pStyle w:val="ListParagraph"/>
        <w:numPr>
          <w:ilvl w:val="0"/>
          <w:numId w:val="10"/>
        </w:numPr>
      </w:pPr>
      <w:r>
        <w:t>Other (please specify)</w:t>
      </w:r>
    </w:p>
    <w:p w14:paraId="04B28C70" w14:textId="77777777" w:rsidR="00860653" w:rsidRDefault="00E40F3D">
      <w:pPr>
        <w:pStyle w:val="Heading1"/>
      </w:pPr>
      <w:r>
        <w:lastRenderedPageBreak/>
        <w:t>Preferred Resolution</w:t>
      </w:r>
    </w:p>
    <w:p w14:paraId="50C26281" w14:textId="5DD72527" w:rsidR="00860653" w:rsidRDefault="00E40F3D">
      <w:r>
        <w:t xml:space="preserve">[ </w:t>
      </w:r>
      <w:proofErr w:type="gramStart"/>
      <w:r>
        <w:t xml:space="preserve">  ]</w:t>
      </w:r>
      <w:proofErr w:type="gramEnd"/>
      <w:r>
        <w:t xml:space="preserve"> Replacement</w:t>
      </w:r>
      <w:r w:rsidR="00964124">
        <w:t xml:space="preserve"> / Repair</w:t>
      </w:r>
    </w:p>
    <w:p w14:paraId="4C49C315" w14:textId="73BBD224" w:rsidR="00860653" w:rsidRDefault="00E40F3D">
      <w:r>
        <w:t xml:space="preserve">[ </w:t>
      </w:r>
      <w:proofErr w:type="gramStart"/>
      <w:r>
        <w:t xml:space="preserve">  ]</w:t>
      </w:r>
      <w:proofErr w:type="gramEnd"/>
      <w:r>
        <w:t xml:space="preserve"> Refund</w:t>
      </w:r>
    </w:p>
    <w:p w14:paraId="7CB9BE43" w14:textId="24880189" w:rsidR="00964124" w:rsidRDefault="00964124">
      <w:r>
        <w:t xml:space="preserve">[ </w:t>
      </w:r>
      <w:proofErr w:type="gramStart"/>
      <w:r>
        <w:t xml:space="preserve">  ]</w:t>
      </w:r>
      <w:proofErr w:type="gramEnd"/>
      <w:r>
        <w:t xml:space="preserve"> Exchange for different </w:t>
      </w:r>
      <w:r w:rsidR="004B2E65">
        <w:t>items</w:t>
      </w:r>
    </w:p>
    <w:p w14:paraId="44CDDCC3" w14:textId="18BCA6E4" w:rsidR="00860653" w:rsidRDefault="00E40F3D">
      <w:r>
        <w:t xml:space="preserve">[ </w:t>
      </w:r>
      <w:proofErr w:type="gramStart"/>
      <w:r>
        <w:t xml:space="preserve">  ]</w:t>
      </w:r>
      <w:proofErr w:type="gramEnd"/>
      <w:r>
        <w:t xml:space="preserve"> Credit</w:t>
      </w:r>
    </w:p>
    <w:p w14:paraId="289B0067" w14:textId="77777777" w:rsidR="00860653" w:rsidRDefault="00E40F3D">
      <w:pPr>
        <w:pStyle w:val="Heading1"/>
      </w:pPr>
      <w:r>
        <w:t>Additional Comments</w:t>
      </w:r>
    </w:p>
    <w:p w14:paraId="5D6B47E8" w14:textId="77777777" w:rsidR="00860653" w:rsidRDefault="00E40F3D">
      <w:r>
        <w:t>________________________________________________________________________</w:t>
      </w:r>
    </w:p>
    <w:p w14:paraId="77B27CF9" w14:textId="77777777" w:rsidR="00860653" w:rsidRDefault="00E40F3D">
      <w:r>
        <w:t>________________________________________________________________________</w:t>
      </w:r>
    </w:p>
    <w:p w14:paraId="157159AA" w14:textId="48480D47" w:rsidR="00860653" w:rsidRDefault="00E40F3D">
      <w:pPr>
        <w:pStyle w:val="Heading1"/>
      </w:pPr>
      <w:r>
        <w:t>Return Instructions</w:t>
      </w:r>
      <w:r w:rsidR="00210FC8">
        <w:t xml:space="preserve"> </w:t>
      </w:r>
    </w:p>
    <w:p w14:paraId="38899651" w14:textId="2474A0EA" w:rsidR="00860653" w:rsidRDefault="00E40F3D">
      <w:r>
        <w:t>1. Complete this form and enclose it with your return</w:t>
      </w:r>
      <w:r w:rsidR="004B2E65">
        <w:t xml:space="preserve"> </w:t>
      </w:r>
      <w:r w:rsidR="0009156E">
        <w:t xml:space="preserve">DO NOT STICK TO THE OUTSIDE OF THE ORIGINAL BOX </w:t>
      </w:r>
      <w:r w:rsidR="004B2E65">
        <w:t>– alternately please email this form before sending the goods.</w:t>
      </w:r>
    </w:p>
    <w:p w14:paraId="115866D0" w14:textId="56B744A0" w:rsidR="00860653" w:rsidRDefault="00E40F3D">
      <w:r>
        <w:t>2. return items in original packaging ideally placed in larger box.</w:t>
      </w:r>
    </w:p>
    <w:p w14:paraId="076CF4AF" w14:textId="190FD817" w:rsidR="00860653" w:rsidRDefault="00E40F3D">
      <w:r>
        <w:t xml:space="preserve">3. Send to: Cash Register Group – Returns Department, </w:t>
      </w:r>
      <w:r w:rsidR="0009156E">
        <w:t xml:space="preserve">CRG, </w:t>
      </w:r>
      <w:r w:rsidR="0009156E">
        <w:t>Unit 5 Bramery Business Park, Alstone Lane, Cheltenham, GL51 8HE</w:t>
      </w:r>
    </w:p>
    <w:p w14:paraId="79F39D1C" w14:textId="53B73BA5" w:rsidR="00860653" w:rsidRDefault="00E40F3D">
      <w:r>
        <w:t>4. For help, contact us on info@cashregistergroup.com or 0800 161 5622</w:t>
      </w:r>
    </w:p>
    <w:p w14:paraId="11DF3C94" w14:textId="77777777" w:rsidR="00860653" w:rsidRDefault="00E40F3D">
      <w:r>
        <w:t>Customer Signature: ___________________________</w:t>
      </w:r>
    </w:p>
    <w:p w14:paraId="3C23A18E" w14:textId="2DBBC389" w:rsidR="00860653" w:rsidRDefault="00E40F3D">
      <w:r>
        <w:t>Date: ____ / ___</w:t>
      </w:r>
      <w:proofErr w:type="gramStart"/>
      <w:r>
        <w:t>_ / _</w:t>
      </w:r>
      <w:proofErr w:type="gramEnd"/>
      <w:r>
        <w:t>_____</w:t>
      </w:r>
    </w:p>
    <w:p w14:paraId="3B5D1BC7" w14:textId="77777777" w:rsidR="00210FC8" w:rsidRDefault="00210FC8" w:rsidP="00210FC8">
      <w:pPr>
        <w:pStyle w:val="Heading1"/>
      </w:pPr>
      <w:r>
        <w:t xml:space="preserve">Important Information </w:t>
      </w:r>
    </w:p>
    <w:p w14:paraId="0A874514" w14:textId="0FE1A075" w:rsidR="00210FC8" w:rsidRDefault="00210FC8" w:rsidP="00210FC8">
      <w:pPr>
        <w:pStyle w:val="ListParagraph"/>
        <w:numPr>
          <w:ilvl w:val="0"/>
          <w:numId w:val="11"/>
        </w:numPr>
      </w:pPr>
      <w:r>
        <w:t xml:space="preserve">Please ensure all original accessories are included – such as Manuals, Keys etc. Please note keys are often unique to the device /register – so if do you not return the keys for a drawer for example – then the item is unless as cannot be opened or locked. This would result in a new barrel or in some cases a whole new insert or drawer </w:t>
      </w:r>
      <w:r w:rsidR="0009156E">
        <w:t>being required.</w:t>
      </w:r>
    </w:p>
    <w:sectPr w:rsidR="00210FC8" w:rsidSect="00E40F3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4451606"/>
    <w:multiLevelType w:val="hybridMultilevel"/>
    <w:tmpl w:val="37566C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FA32D7"/>
    <w:multiLevelType w:val="hybridMultilevel"/>
    <w:tmpl w:val="2E00FB2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0105418">
    <w:abstractNumId w:val="8"/>
  </w:num>
  <w:num w:numId="2" w16cid:durableId="387075372">
    <w:abstractNumId w:val="6"/>
  </w:num>
  <w:num w:numId="3" w16cid:durableId="1573465064">
    <w:abstractNumId w:val="5"/>
  </w:num>
  <w:num w:numId="4" w16cid:durableId="2020422690">
    <w:abstractNumId w:val="4"/>
  </w:num>
  <w:num w:numId="5" w16cid:durableId="1912230434">
    <w:abstractNumId w:val="7"/>
  </w:num>
  <w:num w:numId="6" w16cid:durableId="419453580">
    <w:abstractNumId w:val="3"/>
  </w:num>
  <w:num w:numId="7" w16cid:durableId="525027824">
    <w:abstractNumId w:val="2"/>
  </w:num>
  <w:num w:numId="8" w16cid:durableId="610404354">
    <w:abstractNumId w:val="1"/>
  </w:num>
  <w:num w:numId="9" w16cid:durableId="382099347">
    <w:abstractNumId w:val="0"/>
  </w:num>
  <w:num w:numId="10" w16cid:durableId="793912407">
    <w:abstractNumId w:val="9"/>
  </w:num>
  <w:num w:numId="11" w16cid:durableId="12830292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156E"/>
    <w:rsid w:val="0015074B"/>
    <w:rsid w:val="00210FC8"/>
    <w:rsid w:val="0029639D"/>
    <w:rsid w:val="00326F90"/>
    <w:rsid w:val="004B1B0E"/>
    <w:rsid w:val="004B2E65"/>
    <w:rsid w:val="00860653"/>
    <w:rsid w:val="00964124"/>
    <w:rsid w:val="00AA1D8D"/>
    <w:rsid w:val="00B47730"/>
    <w:rsid w:val="00C05974"/>
    <w:rsid w:val="00CB0664"/>
    <w:rsid w:val="00E40F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A23B34"/>
  <w14:defaultImageDpi w14:val="300"/>
  <w15:docId w15:val="{5C274606-3812-4A1B-BD15-0A3C10FE0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4B2E6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mark broadbent</cp:lastModifiedBy>
  <cp:revision>6</cp:revision>
  <dcterms:created xsi:type="dcterms:W3CDTF">2025-07-30T08:32:00Z</dcterms:created>
  <dcterms:modified xsi:type="dcterms:W3CDTF">2025-09-18T09:57:00Z</dcterms:modified>
  <cp:category/>
</cp:coreProperties>
</file>